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7499" w14:textId="160C519E" w:rsidR="00800248" w:rsidRPr="005E1267" w:rsidRDefault="00000000" w:rsidP="005E1267">
      <w:pPr>
        <w:spacing w:line="0" w:lineRule="atLeast"/>
        <w:jc w:val="center"/>
        <w:rPr>
          <w:rFonts w:ascii="Meiryo UI" w:eastAsia="Meiryo UI" w:hAnsi="Meiryo UI"/>
          <w:sz w:val="20"/>
          <w:szCs w:val="21"/>
          <w:lang w:eastAsia="ja-JP"/>
        </w:rPr>
      </w:pPr>
      <w:r w:rsidRPr="005E1267">
        <w:rPr>
          <w:rFonts w:ascii="Meiryo UI" w:eastAsia="Meiryo UI" w:hAnsi="Meiryo UI"/>
          <w:b/>
          <w:sz w:val="28"/>
          <w:szCs w:val="21"/>
          <w:lang w:eastAsia="ja-JP"/>
        </w:rPr>
        <w:t>簡易照会</w:t>
      </w:r>
      <w:r w:rsidR="008A60E1" w:rsidRPr="005E1267">
        <w:rPr>
          <w:rFonts w:ascii="Meiryo UI" w:eastAsia="Meiryo UI" w:hAnsi="Meiryo UI" w:hint="eastAsia"/>
          <w:b/>
          <w:sz w:val="28"/>
          <w:szCs w:val="21"/>
          <w:lang w:eastAsia="ja-JP"/>
        </w:rPr>
        <w:t>依頼兼回答書</w:t>
      </w:r>
    </w:p>
    <w:p w14:paraId="4C38B08D" w14:textId="71A3E88C" w:rsidR="00ED69EE" w:rsidRPr="00ED69EE" w:rsidRDefault="00ED69EE" w:rsidP="00ED69EE">
      <w:pPr>
        <w:spacing w:after="100"/>
        <w:rPr>
          <w:rFonts w:ascii="Meiryo UI" w:eastAsia="Meiryo UI" w:hAnsi="Meiryo UI"/>
          <w:lang w:eastAsia="ja-JP"/>
        </w:rPr>
      </w:pPr>
      <w:r w:rsidRPr="00ED69EE">
        <w:rPr>
          <w:rFonts w:ascii="Meiryo UI" w:eastAsia="Meiryo UI" w:hAnsi="Meiryo UI"/>
          <w:b/>
          <w:bCs/>
          <w:lang w:eastAsia="ja-JP"/>
        </w:rPr>
        <w:t>医療法人六人会　ご担当者様</w:t>
      </w:r>
      <w:r w:rsidRPr="00ED69EE">
        <w:rPr>
          <w:rFonts w:ascii="Meiryo UI" w:eastAsia="Meiryo UI" w:hAnsi="Meiryo UI"/>
          <w:lang w:eastAsia="ja-JP"/>
        </w:rPr>
        <w:br/>
        <w:t>下記患者様につきまして、簡易照会をお願いいたします。ご確認のうえ、ご回答をお願いいたします。</w:t>
      </w:r>
    </w:p>
    <w:tbl>
      <w:tblPr>
        <w:tblStyle w:val="afe"/>
        <w:tblW w:w="10676" w:type="dxa"/>
        <w:tblLayout w:type="fixed"/>
        <w:tblLook w:val="04A0" w:firstRow="1" w:lastRow="0" w:firstColumn="1" w:lastColumn="0" w:noHBand="0" w:noVBand="1"/>
      </w:tblPr>
      <w:tblGrid>
        <w:gridCol w:w="1560"/>
        <w:gridCol w:w="3368"/>
        <w:gridCol w:w="1486"/>
        <w:gridCol w:w="4262"/>
      </w:tblGrid>
      <w:tr w:rsidR="00776929" w:rsidRPr="008A60E1" w14:paraId="424D0182" w14:textId="77777777" w:rsidTr="00CF3A7C">
        <w:trPr>
          <w:trHeight w:val="444"/>
        </w:trPr>
        <w:tc>
          <w:tcPr>
            <w:tcW w:w="1560" w:type="dxa"/>
          </w:tcPr>
          <w:p w14:paraId="77919AC3" w14:textId="3B87BE03" w:rsidR="00776929" w:rsidRPr="00776929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proofErr w:type="spellStart"/>
            <w:r w:rsidRPr="00776929">
              <w:rPr>
                <w:rFonts w:ascii="Meiryo UI" w:eastAsia="Meiryo UI" w:hAnsi="Meiryo UI"/>
                <w:b/>
                <w:szCs w:val="21"/>
              </w:rPr>
              <w:t>照会機関名</w:t>
            </w:r>
            <w:proofErr w:type="spellEnd"/>
          </w:p>
        </w:tc>
        <w:tc>
          <w:tcPr>
            <w:tcW w:w="3368" w:type="dxa"/>
          </w:tcPr>
          <w:p w14:paraId="27EB2D84" w14:textId="30D8740B" w:rsidR="00776929" w:rsidRPr="00ED69EE" w:rsidRDefault="00776929" w:rsidP="000E0905">
            <w:pPr>
              <w:rPr>
                <w:rFonts w:ascii="Meiryo UI" w:eastAsia="Meiryo UI" w:hAnsi="Meiryo UI"/>
                <w:b/>
                <w:bCs/>
                <w:color w:val="BFBFBF" w:themeColor="background1" w:themeShade="BF"/>
                <w:sz w:val="16"/>
                <w:szCs w:val="16"/>
              </w:rPr>
            </w:pPr>
            <w:r w:rsidRPr="00ED69EE">
              <w:rPr>
                <w:rFonts w:ascii="Meiryo UI" w:eastAsia="Meiryo UI" w:hAnsi="Meiryo UI" w:hint="eastAsia"/>
                <w:b/>
                <w:bCs/>
                <w:color w:val="BFBFBF" w:themeColor="background1" w:themeShade="BF"/>
                <w:sz w:val="16"/>
                <w:szCs w:val="16"/>
                <w:lang w:eastAsia="ja-JP"/>
              </w:rPr>
              <w:t>（保険会社名等）</w:t>
            </w:r>
          </w:p>
        </w:tc>
        <w:tc>
          <w:tcPr>
            <w:tcW w:w="1486" w:type="dxa"/>
          </w:tcPr>
          <w:p w14:paraId="043DF267" w14:textId="7BBD11C2" w:rsidR="00776929" w:rsidRPr="00ED69EE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szCs w:val="21"/>
              </w:rPr>
              <w:t>担当者名</w:t>
            </w:r>
            <w:proofErr w:type="spellEnd"/>
          </w:p>
        </w:tc>
        <w:tc>
          <w:tcPr>
            <w:tcW w:w="4262" w:type="dxa"/>
          </w:tcPr>
          <w:p w14:paraId="57891DE7" w14:textId="77777777" w:rsidR="00776929" w:rsidRPr="00776929" w:rsidRDefault="00776929" w:rsidP="000E0905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986178" w:rsidRPr="008A60E1" w14:paraId="684BC685" w14:textId="77777777" w:rsidTr="00CF3A7C">
        <w:trPr>
          <w:trHeight w:val="410"/>
        </w:trPr>
        <w:tc>
          <w:tcPr>
            <w:tcW w:w="1560" w:type="dxa"/>
          </w:tcPr>
          <w:p w14:paraId="25A57C72" w14:textId="6CD650F1" w:rsidR="00986178" w:rsidRPr="00776929" w:rsidRDefault="00776929" w:rsidP="00ED69EE">
            <w:pPr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連絡先</w:t>
            </w:r>
          </w:p>
        </w:tc>
        <w:tc>
          <w:tcPr>
            <w:tcW w:w="3368" w:type="dxa"/>
          </w:tcPr>
          <w:p w14:paraId="58A3E1A0" w14:textId="1165CACB" w:rsidR="00986178" w:rsidRPr="00776929" w:rsidRDefault="00986178" w:rsidP="00D5323E">
            <w:pPr>
              <w:jc w:val="both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486" w:type="dxa"/>
          </w:tcPr>
          <w:p w14:paraId="2213AA84" w14:textId="44BCCA69" w:rsidR="00986178" w:rsidRPr="00ED69EE" w:rsidRDefault="00776929" w:rsidP="00ED69EE">
            <w:pPr>
              <w:jc w:val="center"/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bCs/>
                <w:szCs w:val="21"/>
              </w:rPr>
              <w:t>照会</w:t>
            </w:r>
            <w:proofErr w:type="spellEnd"/>
            <w:r w:rsidRPr="00ED69EE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依頼</w:t>
            </w:r>
            <w:r w:rsidRPr="00ED69EE">
              <w:rPr>
                <w:rFonts w:ascii="Meiryo UI" w:eastAsia="Meiryo UI" w:hAnsi="Meiryo UI"/>
                <w:b/>
                <w:bCs/>
                <w:szCs w:val="21"/>
              </w:rPr>
              <w:t>日</w:t>
            </w:r>
          </w:p>
        </w:tc>
        <w:tc>
          <w:tcPr>
            <w:tcW w:w="4262" w:type="dxa"/>
          </w:tcPr>
          <w:p w14:paraId="6781594D" w14:textId="5A4BADEC" w:rsidR="00986178" w:rsidRPr="00776929" w:rsidRDefault="00986178" w:rsidP="000E0905">
            <w:pPr>
              <w:rPr>
                <w:rFonts w:ascii="Meiryo UI" w:eastAsia="Meiryo UI" w:hAnsi="Meiryo UI"/>
                <w:szCs w:val="21"/>
              </w:rPr>
            </w:pPr>
            <w:r w:rsidRPr="00776929">
              <w:rPr>
                <w:rFonts w:ascii="Meiryo UI" w:eastAsia="Meiryo UI" w:hAnsi="Meiryo UI"/>
                <w:szCs w:val="21"/>
              </w:rPr>
              <w:t xml:space="preserve">　　　　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　</w:t>
            </w:r>
            <w:r w:rsidRPr="00776929">
              <w:rPr>
                <w:rFonts w:ascii="Meiryo UI" w:eastAsia="Meiryo UI" w:hAnsi="Meiryo UI"/>
                <w:szCs w:val="21"/>
              </w:rPr>
              <w:t>年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="00ED69EE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Pr="00776929">
              <w:rPr>
                <w:rFonts w:ascii="Meiryo UI" w:eastAsia="Meiryo UI" w:hAnsi="Meiryo UI"/>
                <w:szCs w:val="21"/>
              </w:rPr>
              <w:t xml:space="preserve">　　月　　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</w:t>
            </w:r>
            <w:r w:rsidR="00ED69EE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Pr="00776929">
              <w:rPr>
                <w:rFonts w:ascii="Meiryo UI" w:eastAsia="Meiryo UI" w:hAnsi="Meiryo UI"/>
                <w:szCs w:val="21"/>
              </w:rPr>
              <w:t>日</w:t>
            </w:r>
          </w:p>
        </w:tc>
      </w:tr>
      <w:tr w:rsidR="00586872" w:rsidRPr="008A60E1" w14:paraId="2A05245B" w14:textId="77777777" w:rsidTr="008423E2">
        <w:trPr>
          <w:trHeight w:val="410"/>
        </w:trPr>
        <w:tc>
          <w:tcPr>
            <w:tcW w:w="1560" w:type="dxa"/>
          </w:tcPr>
          <w:p w14:paraId="2B491399" w14:textId="5E37F263" w:rsidR="002820D6" w:rsidRDefault="00586872" w:rsidP="00ED69EE">
            <w:pPr>
              <w:jc w:val="center"/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ご希望の</w:t>
            </w:r>
            <w:r w:rsidRPr="00586872"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  <w:t>回答書の返送</w:t>
            </w:r>
            <w:r w:rsidR="002820D6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方法</w:t>
            </w:r>
          </w:p>
          <w:p w14:paraId="658970AB" w14:textId="37CD6BDA" w:rsidR="002820D6" w:rsidRDefault="002820D6" w:rsidP="002820D6">
            <w:pPr>
              <w:rPr>
                <w:rFonts w:ascii="Meiryo UI" w:eastAsia="Meiryo UI" w:hAnsi="Meiryo UI"/>
                <w:b/>
                <w:szCs w:val="21"/>
                <w:lang w:eastAsia="ja-JP"/>
              </w:rPr>
            </w:pPr>
          </w:p>
        </w:tc>
        <w:tc>
          <w:tcPr>
            <w:tcW w:w="9116" w:type="dxa"/>
            <w:gridSpan w:val="3"/>
          </w:tcPr>
          <w:p w14:paraId="3DC6726A" w14:textId="3173FCD2" w:rsidR="002820D6" w:rsidRPr="002820D6" w:rsidRDefault="002820D6" w:rsidP="002820D6">
            <w:pPr>
              <w:rPr>
                <w:rFonts w:ascii="Meiryo UI" w:eastAsia="Meiryo UI" w:hAnsi="Meiryo UI"/>
                <w:b/>
                <w:sz w:val="18"/>
                <w:szCs w:val="18"/>
                <w:lang w:eastAsia="ja-JP"/>
              </w:rPr>
            </w:pP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□返信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用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封筒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同封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あり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 xml:space="preserve">　　　　　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□返信封筒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同封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無し</w:t>
            </w:r>
          </w:p>
          <w:p w14:paraId="4804C949" w14:textId="4741AE3F" w:rsidR="00586872" w:rsidRDefault="00586872" w:rsidP="000E0905">
            <w:pPr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返送先住所</w:t>
            </w:r>
          </w:p>
          <w:p w14:paraId="665F8356" w14:textId="49B6C3AE" w:rsidR="00586872" w:rsidRDefault="00586872" w:rsidP="000E0905">
            <w:pPr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〒　　　　　　　　　　　</w:t>
            </w:r>
          </w:p>
          <w:p w14:paraId="43583564" w14:textId="1428D0A1" w:rsidR="00586872" w:rsidRPr="00776929" w:rsidRDefault="00586872" w:rsidP="000E0905">
            <w:pPr>
              <w:rPr>
                <w:rFonts w:ascii="Meiryo UI" w:eastAsia="Meiryo UI" w:hAnsi="Meiryo UI"/>
                <w:szCs w:val="21"/>
                <w:lang w:eastAsia="ja-JP"/>
              </w:rPr>
            </w:pP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>□ 通常郵便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　　</w:t>
            </w: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>□ レターパック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　　</w:t>
            </w: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>□ その他（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　　　　　　　　　</w:t>
            </w: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 xml:space="preserve">　　　　　　　　　　　　）</w:t>
            </w:r>
          </w:p>
        </w:tc>
      </w:tr>
    </w:tbl>
    <w:p w14:paraId="331D43E4" w14:textId="044E31EF" w:rsidR="00DC6AE0" w:rsidRDefault="00DC6AE0" w:rsidP="00ED69EE">
      <w:pPr>
        <w:spacing w:before="40" w:after="0"/>
        <w:jc w:val="center"/>
        <w:rPr>
          <w:rFonts w:ascii="Meiryo UI" w:eastAsia="Meiryo UI" w:hAnsi="Meiryo UI"/>
          <w:b/>
          <w:bCs/>
          <w:lang w:eastAsia="ja-JP"/>
        </w:rPr>
      </w:pPr>
      <w:r>
        <w:rPr>
          <w:rFonts w:ascii="Meiryo UI" w:eastAsia="Meiryo UI" w:hAnsi="Meiryo UI" w:hint="eastAsia"/>
          <w:b/>
          <w:bCs/>
          <w:lang w:eastAsia="ja-JP"/>
        </w:rPr>
        <w:t xml:space="preserve">―――――――――――――――――　</w:t>
      </w:r>
      <w:r w:rsidR="00ED69EE">
        <w:rPr>
          <w:rFonts w:ascii="Meiryo UI" w:eastAsia="Meiryo UI" w:hAnsi="Meiryo UI" w:hint="eastAsia"/>
          <w:b/>
          <w:bCs/>
          <w:lang w:eastAsia="ja-JP"/>
        </w:rPr>
        <w:t>照会依頼内容</w:t>
      </w:r>
      <w:r>
        <w:rPr>
          <w:rFonts w:ascii="Meiryo UI" w:eastAsia="Meiryo UI" w:hAnsi="Meiryo UI" w:hint="eastAsia"/>
          <w:b/>
          <w:bCs/>
          <w:lang w:eastAsia="ja-JP"/>
        </w:rPr>
        <w:t xml:space="preserve">　―――――――――――――――――――</w:t>
      </w:r>
    </w:p>
    <w:p w14:paraId="7A9C15FB" w14:textId="74065CA6" w:rsidR="00986178" w:rsidRPr="00776929" w:rsidRDefault="00776929" w:rsidP="00986178">
      <w:pPr>
        <w:spacing w:before="40" w:after="0"/>
        <w:rPr>
          <w:rFonts w:ascii="Meiryo UI" w:eastAsia="Meiryo UI" w:hAnsi="Meiryo UI"/>
          <w:b/>
          <w:bCs/>
          <w:lang w:eastAsia="ja-JP"/>
        </w:rPr>
      </w:pPr>
      <w:r w:rsidRPr="00776929">
        <w:rPr>
          <w:rFonts w:ascii="Meiryo UI" w:eastAsia="Meiryo UI" w:hAnsi="Meiryo UI" w:hint="eastAsia"/>
          <w:b/>
          <w:bCs/>
          <w:lang w:eastAsia="ja-JP"/>
        </w:rPr>
        <w:t>□照会</w:t>
      </w:r>
      <w:r>
        <w:rPr>
          <w:rFonts w:ascii="Meiryo UI" w:eastAsia="Meiryo UI" w:hAnsi="Meiryo UI" w:hint="eastAsia"/>
          <w:b/>
          <w:bCs/>
          <w:lang w:eastAsia="ja-JP"/>
        </w:rPr>
        <w:t>依頼情報</w:t>
      </w:r>
    </w:p>
    <w:tbl>
      <w:tblPr>
        <w:tblStyle w:val="afe"/>
        <w:tblW w:w="10676" w:type="dxa"/>
        <w:tblLayout w:type="fixed"/>
        <w:tblLook w:val="04A0" w:firstRow="1" w:lastRow="0" w:firstColumn="1" w:lastColumn="0" w:noHBand="0" w:noVBand="1"/>
      </w:tblPr>
      <w:tblGrid>
        <w:gridCol w:w="1560"/>
        <w:gridCol w:w="3359"/>
        <w:gridCol w:w="1495"/>
        <w:gridCol w:w="4262"/>
      </w:tblGrid>
      <w:tr w:rsidR="00776929" w:rsidRPr="00776929" w14:paraId="6D953C03" w14:textId="77777777" w:rsidTr="00CF3A7C">
        <w:trPr>
          <w:trHeight w:val="336"/>
        </w:trPr>
        <w:tc>
          <w:tcPr>
            <w:tcW w:w="1560" w:type="dxa"/>
          </w:tcPr>
          <w:p w14:paraId="58055B5A" w14:textId="77777777" w:rsidR="00776929" w:rsidRPr="00DC6AE0" w:rsidRDefault="00776929" w:rsidP="00ED69EE">
            <w:pPr>
              <w:jc w:val="center"/>
              <w:rPr>
                <w:rFonts w:ascii="Meiryo UI" w:eastAsia="Meiryo UI" w:hAnsi="Meiryo UI"/>
                <w:b/>
                <w:sz w:val="18"/>
                <w:szCs w:val="18"/>
                <w:lang w:eastAsia="ja-JP"/>
              </w:rPr>
            </w:pPr>
            <w:r w:rsidRPr="00DC6AE0">
              <w:rPr>
                <w:rFonts w:ascii="Meiryo UI" w:eastAsia="Meiryo UI" w:hAnsi="Meiryo UI"/>
                <w:b/>
                <w:sz w:val="18"/>
                <w:szCs w:val="18"/>
                <w:lang w:eastAsia="ja-JP"/>
              </w:rPr>
              <w:t>照会先医療機関</w:t>
            </w:r>
          </w:p>
          <w:p w14:paraId="30F3A584" w14:textId="521FC9BB" w:rsidR="00776929" w:rsidRPr="00776929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 w:rsidRPr="00776929">
              <w:rPr>
                <w:rFonts w:ascii="Meiryo UI" w:eastAsia="Meiryo UI" w:hAnsi="Meiryo UI" w:hint="eastAsia"/>
                <w:b/>
                <w:sz w:val="14"/>
                <w:szCs w:val="14"/>
                <w:lang w:eastAsia="ja-JP"/>
              </w:rPr>
              <w:t>（いずれかチェック）</w:t>
            </w:r>
          </w:p>
        </w:tc>
        <w:tc>
          <w:tcPr>
            <w:tcW w:w="3359" w:type="dxa"/>
          </w:tcPr>
          <w:p w14:paraId="63172C4B" w14:textId="77777777" w:rsidR="00776929" w:rsidRPr="00CF3A7C" w:rsidRDefault="00776929" w:rsidP="00776929">
            <w:pPr>
              <w:jc w:val="both"/>
              <w:rPr>
                <w:rFonts w:ascii="Meiryo UI" w:eastAsia="Meiryo UI" w:hAnsi="Meiryo UI"/>
                <w:b/>
                <w:bCs/>
                <w:sz w:val="20"/>
                <w:szCs w:val="21"/>
                <w:lang w:eastAsia="ja-JP"/>
              </w:rPr>
            </w:pPr>
            <w:r w:rsidRP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□ロクト整形外科クリニック</w:t>
            </w:r>
          </w:p>
          <w:p w14:paraId="0E217918" w14:textId="3AEE7D80" w:rsidR="00776929" w:rsidRPr="00CF3A7C" w:rsidRDefault="00776929" w:rsidP="00776929">
            <w:pPr>
              <w:rPr>
                <w:rFonts w:ascii="Meiryo UI" w:eastAsia="Meiryo UI" w:hAnsi="Meiryo UI"/>
                <w:b/>
                <w:bCs/>
                <w:sz w:val="20"/>
                <w:szCs w:val="21"/>
                <w:lang w:eastAsia="ja-JP"/>
              </w:rPr>
            </w:pPr>
            <w:r w:rsidRP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□ロクト整形</w:t>
            </w:r>
            <w:r w:rsid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Ｊ</w:t>
            </w:r>
            <w:r w:rsidRP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2　　□ロクト整形Az</w:t>
            </w:r>
          </w:p>
        </w:tc>
        <w:tc>
          <w:tcPr>
            <w:tcW w:w="1495" w:type="dxa"/>
          </w:tcPr>
          <w:p w14:paraId="352F53C7" w14:textId="0D0D415D" w:rsidR="00776929" w:rsidRPr="00776929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proofErr w:type="spellStart"/>
            <w:r w:rsidRPr="00776929">
              <w:rPr>
                <w:rFonts w:ascii="Meiryo UI" w:eastAsia="Meiryo UI" w:hAnsi="Meiryo UI"/>
                <w:b/>
                <w:szCs w:val="21"/>
              </w:rPr>
              <w:t>患者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ID</w:t>
            </w:r>
            <w:proofErr w:type="spellEnd"/>
          </w:p>
        </w:tc>
        <w:tc>
          <w:tcPr>
            <w:tcW w:w="4262" w:type="dxa"/>
          </w:tcPr>
          <w:p w14:paraId="73ADCCC3" w14:textId="77777777" w:rsidR="00776929" w:rsidRPr="00776929" w:rsidRDefault="00776929" w:rsidP="000E0905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776929" w:rsidRPr="00776929" w14:paraId="280BA103" w14:textId="77777777" w:rsidTr="00CF3A7C">
        <w:trPr>
          <w:trHeight w:val="482"/>
        </w:trPr>
        <w:tc>
          <w:tcPr>
            <w:tcW w:w="1560" w:type="dxa"/>
            <w:vAlign w:val="center"/>
          </w:tcPr>
          <w:p w14:paraId="112C43F1" w14:textId="51D93146" w:rsidR="00776929" w:rsidRPr="00CF3A7C" w:rsidRDefault="00776929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  <w:proofErr w:type="spellStart"/>
            <w:r w:rsidRPr="00CF3A7C">
              <w:rPr>
                <w:rFonts w:ascii="Meiryo UI" w:eastAsia="Meiryo UI" w:hAnsi="Meiryo UI"/>
                <w:b/>
                <w:szCs w:val="21"/>
              </w:rPr>
              <w:t>患者氏名</w:t>
            </w:r>
            <w:proofErr w:type="spellEnd"/>
          </w:p>
        </w:tc>
        <w:tc>
          <w:tcPr>
            <w:tcW w:w="3359" w:type="dxa"/>
            <w:vAlign w:val="center"/>
          </w:tcPr>
          <w:p w14:paraId="6A3729F9" w14:textId="77777777" w:rsidR="00776929" w:rsidRPr="00CF3A7C" w:rsidRDefault="00776929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495" w:type="dxa"/>
            <w:vAlign w:val="center"/>
          </w:tcPr>
          <w:p w14:paraId="615222DA" w14:textId="77777777" w:rsidR="00776929" w:rsidRPr="00CF3A7C" w:rsidRDefault="00776929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  <w:proofErr w:type="spellStart"/>
            <w:r w:rsidRPr="00CF3A7C">
              <w:rPr>
                <w:rFonts w:ascii="Meiryo UI" w:eastAsia="Meiryo UI" w:hAnsi="Meiryo UI"/>
                <w:b/>
                <w:szCs w:val="21"/>
              </w:rPr>
              <w:t>生年月日</w:t>
            </w:r>
            <w:proofErr w:type="spellEnd"/>
          </w:p>
        </w:tc>
        <w:tc>
          <w:tcPr>
            <w:tcW w:w="4262" w:type="dxa"/>
            <w:vAlign w:val="center"/>
          </w:tcPr>
          <w:p w14:paraId="270FE687" w14:textId="108F6552" w:rsidR="00776929" w:rsidRPr="00CF3A7C" w:rsidRDefault="00ED69EE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CF3A7C">
              <w:rPr>
                <w:rFonts w:ascii="Meiryo UI" w:eastAsia="Meiryo UI" w:hAnsi="Meiryo UI"/>
                <w:szCs w:val="21"/>
              </w:rPr>
              <w:t>年</w:t>
            </w:r>
            <w:r w:rsidRPr="00CF3A7C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　</w:t>
            </w:r>
            <w:r w:rsidRPr="00CF3A7C">
              <w:rPr>
                <w:rFonts w:ascii="Meiryo UI" w:eastAsia="Meiryo UI" w:hAnsi="Meiryo UI"/>
                <w:szCs w:val="21"/>
              </w:rPr>
              <w:t xml:space="preserve">　　月　　</w:t>
            </w:r>
            <w:r w:rsidRPr="00CF3A7C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　</w:t>
            </w:r>
            <w:r w:rsidRPr="00CF3A7C">
              <w:rPr>
                <w:rFonts w:ascii="Meiryo UI" w:eastAsia="Meiryo UI" w:hAnsi="Meiryo UI"/>
                <w:szCs w:val="21"/>
              </w:rPr>
              <w:t>日</w:t>
            </w:r>
          </w:p>
        </w:tc>
      </w:tr>
      <w:tr w:rsidR="007D1BB2" w:rsidRPr="00776929" w14:paraId="47BF348D" w14:textId="77777777" w:rsidTr="00380703">
        <w:trPr>
          <w:trHeight w:val="482"/>
        </w:trPr>
        <w:tc>
          <w:tcPr>
            <w:tcW w:w="1560" w:type="dxa"/>
            <w:vAlign w:val="center"/>
          </w:tcPr>
          <w:p w14:paraId="78960E6C" w14:textId="22C144E7" w:rsidR="007D1BB2" w:rsidRPr="007D1BB2" w:rsidRDefault="007D1BB2" w:rsidP="00CF3A7C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照会概要</w:t>
            </w:r>
          </w:p>
        </w:tc>
        <w:tc>
          <w:tcPr>
            <w:tcW w:w="9116" w:type="dxa"/>
            <w:gridSpan w:val="3"/>
            <w:vAlign w:val="center"/>
          </w:tcPr>
          <w:p w14:paraId="172A2AF8" w14:textId="0D1DE13A" w:rsidR="007D1BB2" w:rsidRPr="007D1BB2" w:rsidRDefault="007D1BB2" w:rsidP="007D1BB2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7D1BB2">
              <w:rPr>
                <w:rFonts w:ascii="Meiryo UI" w:eastAsia="Meiryo UI" w:hAnsi="Meiryo UI" w:hint="eastAsia"/>
                <w:b/>
                <w:bCs/>
                <w:color w:val="BFBFBF" w:themeColor="background1" w:themeShade="BF"/>
                <w:sz w:val="16"/>
                <w:szCs w:val="16"/>
                <w:lang w:eastAsia="ja-JP"/>
              </w:rPr>
              <w:t>（記載例）令和〇年○月○日事故の件について</w:t>
            </w:r>
          </w:p>
        </w:tc>
      </w:tr>
    </w:tbl>
    <w:p w14:paraId="0BC109AB" w14:textId="026D0EA8" w:rsidR="00800248" w:rsidRPr="00DC6AE0" w:rsidRDefault="00776929">
      <w:pPr>
        <w:spacing w:after="60"/>
        <w:rPr>
          <w:rFonts w:ascii="Meiryo UI" w:eastAsia="Meiryo UI" w:hAnsi="Meiryo UI"/>
          <w:b/>
          <w:bCs/>
          <w:lang w:eastAsia="ja-JP"/>
        </w:rPr>
      </w:pPr>
      <w:r w:rsidRPr="00CF3A7C">
        <w:rPr>
          <w:rFonts w:ascii="Meiryo UI" w:eastAsia="Meiryo UI" w:hAnsi="Meiryo UI" w:hint="eastAsia"/>
          <w:b/>
          <w:bCs/>
          <w:sz w:val="22"/>
          <w:szCs w:val="24"/>
          <w:lang w:eastAsia="ja-JP"/>
        </w:rPr>
        <w:t>□</w:t>
      </w:r>
      <w:r w:rsidR="00ED69EE" w:rsidRPr="00ED69EE">
        <w:rPr>
          <w:rFonts w:ascii="Meiryo UI" w:eastAsia="Meiryo UI" w:hAnsi="Meiryo UI"/>
          <w:b/>
          <w:bCs/>
          <w:lang w:eastAsia="ja-JP"/>
        </w:rPr>
        <w:t>照会を希望する項目の□にチェックをお願いいたします。</w:t>
      </w:r>
    </w:p>
    <w:tbl>
      <w:tblPr>
        <w:tblStyle w:val="afe"/>
        <w:tblW w:w="10773" w:type="dxa"/>
        <w:tblLayout w:type="fixed"/>
        <w:tblLook w:val="04A0" w:firstRow="1" w:lastRow="0" w:firstColumn="1" w:lastColumn="0" w:noHBand="0" w:noVBand="1"/>
      </w:tblPr>
      <w:tblGrid>
        <w:gridCol w:w="538"/>
        <w:gridCol w:w="3568"/>
        <w:gridCol w:w="6667"/>
      </w:tblGrid>
      <w:tr w:rsidR="00986178" w:rsidRPr="008A60E1" w14:paraId="24120B05" w14:textId="77777777" w:rsidTr="007D1BB2">
        <w:tc>
          <w:tcPr>
            <w:tcW w:w="538" w:type="dxa"/>
            <w:shd w:val="clear" w:color="auto" w:fill="D9D9D9" w:themeFill="background1" w:themeFillShade="D9"/>
          </w:tcPr>
          <w:p w14:paraId="0B66E7A0" w14:textId="77777777" w:rsidR="00986178" w:rsidRPr="008A60E1" w:rsidRDefault="00986178">
            <w:pPr>
              <w:jc w:val="center"/>
              <w:rPr>
                <w:rFonts w:ascii="Meiryo UI" w:eastAsia="Meiryo UI" w:hAnsi="Meiryo UI"/>
                <w:b/>
                <w:sz w:val="19"/>
                <w:lang w:eastAsia="ja-JP"/>
              </w:rPr>
            </w:pPr>
          </w:p>
        </w:tc>
        <w:tc>
          <w:tcPr>
            <w:tcW w:w="3568" w:type="dxa"/>
            <w:shd w:val="clear" w:color="auto" w:fill="D9D9D9" w:themeFill="background1" w:themeFillShade="D9"/>
          </w:tcPr>
          <w:p w14:paraId="079C9946" w14:textId="6EA7F0F7" w:rsidR="00986178" w:rsidRPr="008A60E1" w:rsidRDefault="00986178">
            <w:pPr>
              <w:jc w:val="center"/>
              <w:rPr>
                <w:rFonts w:ascii="Meiryo UI" w:eastAsia="Meiryo UI" w:hAnsi="Meiryo UI"/>
              </w:rPr>
            </w:pPr>
            <w:proofErr w:type="spellStart"/>
            <w:r w:rsidRPr="008A60E1">
              <w:rPr>
                <w:rFonts w:ascii="Meiryo UI" w:eastAsia="Meiryo UI" w:hAnsi="Meiryo UI"/>
                <w:b/>
                <w:sz w:val="19"/>
              </w:rPr>
              <w:t>照会内容</w:t>
            </w:r>
            <w:proofErr w:type="spellEnd"/>
            <w:r w:rsidR="008A60E1" w:rsidRPr="008A60E1">
              <w:rPr>
                <w:rFonts w:ascii="Meiryo UI" w:eastAsia="Meiryo UI" w:hAnsi="Meiryo UI" w:hint="eastAsia"/>
                <w:b/>
                <w:sz w:val="19"/>
                <w:lang w:eastAsia="ja-JP"/>
              </w:rPr>
              <w:t>（照会者記載）</w:t>
            </w:r>
          </w:p>
        </w:tc>
        <w:tc>
          <w:tcPr>
            <w:tcW w:w="6667" w:type="dxa"/>
            <w:shd w:val="clear" w:color="auto" w:fill="D9D9D9" w:themeFill="background1" w:themeFillShade="D9"/>
          </w:tcPr>
          <w:p w14:paraId="1DB0D618" w14:textId="27A92092" w:rsidR="00986178" w:rsidRPr="008A60E1" w:rsidRDefault="00986178">
            <w:pPr>
              <w:jc w:val="center"/>
              <w:rPr>
                <w:rFonts w:ascii="Meiryo UI" w:eastAsia="Meiryo UI" w:hAnsi="Meiryo UI"/>
              </w:rPr>
            </w:pPr>
            <w:proofErr w:type="spellStart"/>
            <w:r w:rsidRPr="008A60E1">
              <w:rPr>
                <w:rFonts w:ascii="Meiryo UI" w:eastAsia="Meiryo UI" w:hAnsi="Meiryo UI"/>
                <w:b/>
                <w:sz w:val="19"/>
              </w:rPr>
              <w:t>回答欄</w:t>
            </w:r>
            <w:proofErr w:type="spellEnd"/>
            <w:r w:rsidR="008A60E1" w:rsidRPr="008A60E1">
              <w:rPr>
                <w:rFonts w:ascii="Meiryo UI" w:eastAsia="Meiryo UI" w:hAnsi="Meiryo UI" w:hint="eastAsia"/>
                <w:b/>
                <w:sz w:val="19"/>
                <w:lang w:eastAsia="ja-JP"/>
              </w:rPr>
              <w:t>（医療機関記載）</w:t>
            </w:r>
          </w:p>
        </w:tc>
      </w:tr>
      <w:tr w:rsidR="00986178" w:rsidRPr="00ED69EE" w14:paraId="05FBF0D0" w14:textId="77777777" w:rsidTr="007D1BB2">
        <w:trPr>
          <w:trHeight w:val="510"/>
        </w:trPr>
        <w:tc>
          <w:tcPr>
            <w:tcW w:w="538" w:type="dxa"/>
          </w:tcPr>
          <w:p w14:paraId="2FDCADB6" w14:textId="718216C0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633D9069" w14:textId="34651D2B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初診日</w:t>
            </w:r>
            <w:proofErr w:type="spellEnd"/>
          </w:p>
        </w:tc>
        <w:tc>
          <w:tcPr>
            <w:tcW w:w="6667" w:type="dxa"/>
          </w:tcPr>
          <w:p w14:paraId="4BDA04EE" w14:textId="635C4C39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986178" w:rsidRPr="00ED69EE" w14:paraId="47BCE8D4" w14:textId="77777777" w:rsidTr="007D1BB2">
        <w:trPr>
          <w:trHeight w:val="510"/>
        </w:trPr>
        <w:tc>
          <w:tcPr>
            <w:tcW w:w="538" w:type="dxa"/>
          </w:tcPr>
          <w:p w14:paraId="7F110F8B" w14:textId="5261DEE1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2D520094" w14:textId="56622C5A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最終受診日</w:t>
            </w:r>
            <w:proofErr w:type="spellEnd"/>
          </w:p>
        </w:tc>
        <w:tc>
          <w:tcPr>
            <w:tcW w:w="6667" w:type="dxa"/>
          </w:tcPr>
          <w:p w14:paraId="3DECFD44" w14:textId="66E51A52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986178" w:rsidRPr="00ED69EE" w14:paraId="4312C852" w14:textId="77777777" w:rsidTr="007D1BB2">
        <w:trPr>
          <w:trHeight w:val="510"/>
        </w:trPr>
        <w:tc>
          <w:tcPr>
            <w:tcW w:w="538" w:type="dxa"/>
          </w:tcPr>
          <w:p w14:paraId="0B587938" w14:textId="3539C878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353CDFAA" w14:textId="7F90F1B8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受診期間</w:t>
            </w:r>
            <w:proofErr w:type="spellEnd"/>
          </w:p>
        </w:tc>
        <w:tc>
          <w:tcPr>
            <w:tcW w:w="6667" w:type="dxa"/>
          </w:tcPr>
          <w:p w14:paraId="7B5D3DA4" w14:textId="7E2FA00A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986178" w:rsidRPr="00ED69EE" w14:paraId="2C0DD4A0" w14:textId="77777777" w:rsidTr="007D1BB2">
        <w:trPr>
          <w:trHeight w:val="510"/>
        </w:trPr>
        <w:tc>
          <w:tcPr>
            <w:tcW w:w="538" w:type="dxa"/>
          </w:tcPr>
          <w:p w14:paraId="1739215D" w14:textId="038CF791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429BC27D" w14:textId="79E7CC34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診断名</w:t>
            </w:r>
            <w:proofErr w:type="spellEnd"/>
          </w:p>
        </w:tc>
        <w:tc>
          <w:tcPr>
            <w:tcW w:w="6667" w:type="dxa"/>
          </w:tcPr>
          <w:p w14:paraId="6C8100EF" w14:textId="041BA130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8A60E1" w:rsidRPr="00ED69EE" w14:paraId="271A3C5D" w14:textId="77777777" w:rsidTr="007D1BB2">
        <w:tc>
          <w:tcPr>
            <w:tcW w:w="538" w:type="dxa"/>
          </w:tcPr>
          <w:p w14:paraId="738F3515" w14:textId="261CCBC5" w:rsidR="008A60E1" w:rsidRPr="00ED1040" w:rsidRDefault="008A60E1" w:rsidP="00ED1040">
            <w:pPr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29A2C515" w14:textId="65748034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固定装具・固定期間</w:t>
            </w:r>
          </w:p>
        </w:tc>
        <w:tc>
          <w:tcPr>
            <w:tcW w:w="6667" w:type="dxa"/>
          </w:tcPr>
          <w:p w14:paraId="5AD0E91B" w14:textId="438B0C21" w:rsidR="00ED1040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固定装具名</w:t>
            </w:r>
          </w:p>
          <w:p w14:paraId="61C7A829" w14:textId="77777777" w:rsidR="00586872" w:rsidRPr="00ED1040" w:rsidRDefault="00586872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</w:p>
          <w:p w14:paraId="3037A63B" w14:textId="77777777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固定期間</w:t>
            </w:r>
          </w:p>
          <w:p w14:paraId="614B7305" w14:textId="77777777" w:rsidR="008A60E1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</w:p>
          <w:p w14:paraId="646F90FE" w14:textId="5592202C" w:rsidR="00ED1040" w:rsidRPr="00ED1040" w:rsidRDefault="00ED1040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</w:p>
        </w:tc>
      </w:tr>
      <w:tr w:rsidR="008A60E1" w:rsidRPr="00ED69EE" w14:paraId="0619C9B7" w14:textId="77777777" w:rsidTr="007D1BB2">
        <w:tc>
          <w:tcPr>
            <w:tcW w:w="538" w:type="dxa"/>
          </w:tcPr>
          <w:p w14:paraId="50A205A7" w14:textId="49768B2B" w:rsidR="008A60E1" w:rsidRPr="00ED1040" w:rsidRDefault="00776929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6B18A871" w14:textId="4F3E3232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【</w:t>
            </w: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照会内容（自由記載</w:t>
            </w:r>
            <w:proofErr w:type="spellEnd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）】</w:t>
            </w: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br/>
            </w: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br/>
            </w:r>
          </w:p>
        </w:tc>
        <w:tc>
          <w:tcPr>
            <w:tcW w:w="6667" w:type="dxa"/>
          </w:tcPr>
          <w:p w14:paraId="14D9FF90" w14:textId="77777777" w:rsidR="007D1BB2" w:rsidRDefault="008A60E1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【</w:t>
            </w: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回答</w:t>
            </w:r>
            <w:proofErr w:type="spellEnd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】</w:t>
            </w: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br/>
            </w:r>
          </w:p>
          <w:p w14:paraId="2C02E50C" w14:textId="26215B90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</w:tbl>
    <w:tbl>
      <w:tblPr>
        <w:tblStyle w:val="afe"/>
        <w:tblpPr w:leftFromText="142" w:rightFromText="142" w:vertAnchor="text" w:horzAnchor="margin" w:tblpY="1621"/>
        <w:tblW w:w="10784" w:type="dxa"/>
        <w:tblLayout w:type="fixed"/>
        <w:tblLook w:val="04A0" w:firstRow="1" w:lastRow="0" w:firstColumn="1" w:lastColumn="0" w:noHBand="0" w:noVBand="1"/>
      </w:tblPr>
      <w:tblGrid>
        <w:gridCol w:w="1761"/>
        <w:gridCol w:w="3962"/>
        <w:gridCol w:w="1581"/>
        <w:gridCol w:w="3480"/>
      </w:tblGrid>
      <w:tr w:rsidR="00EA5C5E" w:rsidRPr="00ED69EE" w14:paraId="79359762" w14:textId="77777777" w:rsidTr="005E1267">
        <w:trPr>
          <w:trHeight w:val="518"/>
        </w:trPr>
        <w:tc>
          <w:tcPr>
            <w:tcW w:w="1761" w:type="dxa"/>
          </w:tcPr>
          <w:p w14:paraId="3AA42D52" w14:textId="77777777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bCs/>
                <w:sz w:val="19"/>
              </w:rPr>
              <w:t>医療機関名</w:t>
            </w:r>
            <w:proofErr w:type="spellEnd"/>
          </w:p>
        </w:tc>
        <w:tc>
          <w:tcPr>
            <w:tcW w:w="3962" w:type="dxa"/>
          </w:tcPr>
          <w:p w14:paraId="476B87A4" w14:textId="77777777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  <w:lang w:eastAsia="ja-JP"/>
              </w:rPr>
            </w:pPr>
            <w:r w:rsidRPr="00ED69EE">
              <w:rPr>
                <w:rFonts w:ascii="Meiryo UI" w:eastAsia="Meiryo UI" w:hAnsi="Meiryo UI" w:hint="eastAsia"/>
                <w:b/>
                <w:bCs/>
                <w:lang w:eastAsia="ja-JP"/>
              </w:rPr>
              <w:t>□ロクト整形外科クリニック</w:t>
            </w:r>
          </w:p>
          <w:p w14:paraId="033F8B27" w14:textId="660316CB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  <w:lang w:eastAsia="ja-JP"/>
              </w:rPr>
            </w:pPr>
            <w:r w:rsidRPr="00ED69EE">
              <w:rPr>
                <w:rFonts w:ascii="Meiryo UI" w:eastAsia="Meiryo UI" w:hAnsi="Meiryo UI" w:hint="eastAsia"/>
                <w:b/>
                <w:bCs/>
                <w:lang w:eastAsia="ja-JP"/>
              </w:rPr>
              <w:t xml:space="preserve">□ロクト整形J2　</w:t>
            </w:r>
            <w:r w:rsidR="003859D7">
              <w:rPr>
                <w:rFonts w:ascii="Meiryo UI" w:eastAsia="Meiryo UI" w:hAnsi="Meiryo UI" w:hint="eastAsia"/>
                <w:b/>
                <w:bCs/>
                <w:lang w:eastAsia="ja-JP"/>
              </w:rPr>
              <w:t xml:space="preserve">　</w:t>
            </w:r>
            <w:r w:rsidRPr="00ED69EE">
              <w:rPr>
                <w:rFonts w:ascii="Meiryo UI" w:eastAsia="Meiryo UI" w:hAnsi="Meiryo UI" w:hint="eastAsia"/>
                <w:b/>
                <w:bCs/>
                <w:lang w:eastAsia="ja-JP"/>
              </w:rPr>
              <w:t>□ロクト整形Az</w:t>
            </w:r>
          </w:p>
        </w:tc>
        <w:tc>
          <w:tcPr>
            <w:tcW w:w="1581" w:type="dxa"/>
          </w:tcPr>
          <w:p w14:paraId="37CA1236" w14:textId="77777777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  <w:sz w:val="19"/>
                <w:lang w:eastAsia="ja-JP"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bCs/>
                <w:sz w:val="19"/>
              </w:rPr>
              <w:t>回答担当者</w:t>
            </w:r>
            <w:proofErr w:type="spellEnd"/>
          </w:p>
        </w:tc>
        <w:tc>
          <w:tcPr>
            <w:tcW w:w="3480" w:type="dxa"/>
          </w:tcPr>
          <w:p w14:paraId="5E29808D" w14:textId="24E30FD2" w:rsidR="00EA5C5E" w:rsidRPr="00ED69EE" w:rsidRDefault="005E1267" w:rsidP="005E1267">
            <w:pPr>
              <w:jc w:val="right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/>
                <w:b/>
                <w:bCs/>
                <w:noProof/>
                <w:sz w:val="18"/>
                <w:szCs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9B91C2" wp14:editId="0FF46D50">
                      <wp:simplePos x="0" y="0"/>
                      <wp:positionH relativeFrom="margin">
                        <wp:posOffset>-4791711</wp:posOffset>
                      </wp:positionH>
                      <wp:positionV relativeFrom="paragraph">
                        <wp:posOffset>405130</wp:posOffset>
                      </wp:positionV>
                      <wp:extent cx="7000875" cy="285750"/>
                      <wp:effectExtent l="0" t="0" r="0" b="0"/>
                      <wp:wrapNone/>
                      <wp:docPr id="119044102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008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F453DC" w14:textId="69636781" w:rsidR="00EA5C5E" w:rsidRPr="00EA5C5E" w:rsidRDefault="005E1267">
                                  <w:pPr>
                                    <w:rPr>
                                      <w:sz w:val="20"/>
                                      <w:szCs w:val="21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>□保険会社等・</w:t>
                                  </w:r>
                                  <w:r w:rsidR="00EA5C5E" w:rsidRPr="00EA5C5E"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>簡易文書照会料：1,100円（税込）</w:t>
                                  </w:r>
                                  <w:r w:rsidR="0011277A"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>＋郵送費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 xml:space="preserve">　　□CD画像費用のみ　1,650円（税込）＋郵送費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9B91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77.3pt;margin-top:31.9pt;width:551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" filled="f" stroked="f" strokeweight=".5pt">
                      <v:textbox>
                        <w:txbxContent>
                          <w:p w14:paraId="6CF453DC" w14:textId="69636781" w:rsidR="00EA5C5E" w:rsidRPr="00EA5C5E" w:rsidRDefault="005E1267">
                            <w:pPr>
                              <w:rPr>
                                <w:rFonts w:hint="eastAsia"/>
                                <w:sz w:val="20"/>
                                <w:szCs w:val="2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>□保険会社等・</w:t>
                            </w:r>
                            <w:r w:rsidR="00EA5C5E" w:rsidRPr="00EA5C5E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>簡易文書照会料：1,100円（税込）</w:t>
                            </w:r>
                            <w:r w:rsidR="0011277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>＋郵送費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 xml:space="preserve">　　□CD画像費用のみ　1,650円（税込）＋郵送費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A5C5E" w:rsidRPr="00ED69EE">
              <w:rPr>
                <w:rFonts w:ascii="Meiryo UI" w:eastAsia="Meiryo UI" w:hAnsi="Meiryo UI"/>
                <w:b/>
                <w:bCs/>
                <w:sz w:val="19"/>
                <w:lang w:eastAsia="ja-JP"/>
              </w:rPr>
              <w:br/>
            </w:r>
            <w:r w:rsidR="00EA5C5E" w:rsidRPr="00ED69EE">
              <w:rPr>
                <w:rFonts w:ascii="Meiryo UI" w:eastAsia="Meiryo UI" w:hAnsi="Meiryo UI" w:hint="eastAsia"/>
                <w:b/>
                <w:bCs/>
                <w:sz w:val="19"/>
                <w:lang w:eastAsia="ja-JP"/>
              </w:rPr>
              <w:t>（部署　　　　　　　　　　　）</w:t>
            </w:r>
          </w:p>
        </w:tc>
      </w:tr>
    </w:tbl>
    <w:p w14:paraId="5D8EA94F" w14:textId="7A0915A1" w:rsidR="005E1267" w:rsidRPr="005E1267" w:rsidRDefault="005E1267" w:rsidP="005E1267">
      <w:pPr>
        <w:spacing w:after="0"/>
        <w:ind w:firstLineChars="50" w:firstLine="105"/>
        <w:rPr>
          <w:rFonts w:ascii="Meiryo UI" w:eastAsia="Meiryo UI" w:hAnsi="Meiryo UI"/>
          <w:b/>
          <w:bCs/>
          <w:szCs w:val="21"/>
          <w:lang w:eastAsia="ja-JP"/>
        </w:rPr>
      </w:pPr>
      <w:r w:rsidRPr="005E1267">
        <w:rPr>
          <w:rFonts w:ascii="Meiryo UI" w:eastAsia="Meiryo UI" w:hAnsi="Meiryo UI" w:hint="eastAsia"/>
          <w:b/>
          <w:bCs/>
          <w:szCs w:val="21"/>
          <w:lang w:eastAsia="ja-JP"/>
        </w:rPr>
        <w:t>□  CD画像希望あり　　備考（　　　　　　　　　　　　　　　　　　　　　　　　　　　　　　　　　　　　　　　　　　　　　　　）</w:t>
      </w:r>
    </w:p>
    <w:p w14:paraId="0E4C83C8" w14:textId="3750769C" w:rsidR="00CF3A7C" w:rsidRPr="00586872" w:rsidRDefault="00ED69EE" w:rsidP="00ED69EE">
      <w:pPr>
        <w:spacing w:after="0"/>
        <w:rPr>
          <w:rFonts w:ascii="Meiryo UI" w:eastAsia="Meiryo UI" w:hAnsi="Meiryo UI"/>
          <w:b/>
          <w:bCs/>
          <w:sz w:val="18"/>
          <w:szCs w:val="24"/>
          <w:lang w:eastAsia="ja-JP"/>
        </w:rPr>
      </w:pPr>
      <w:r w:rsidRPr="00CF3A7C">
        <w:rPr>
          <w:rFonts w:ascii="Meiryo UI" w:eastAsia="Meiryo UI" w:hAnsi="Meiryo UI"/>
          <w:b/>
          <w:bCs/>
          <w:sz w:val="18"/>
          <w:szCs w:val="24"/>
          <w:lang w:eastAsia="ja-JP"/>
        </w:rPr>
        <w:t>※本回答書は、当院の診療録等に既に記載されている客観的事実の確認・回答を目的とした簡易文書です。</w:t>
      </w:r>
      <w:r w:rsidRPr="00CF3A7C">
        <w:rPr>
          <w:rFonts w:ascii="Meiryo UI" w:eastAsia="Meiryo UI" w:hAnsi="Meiryo UI"/>
          <w:b/>
          <w:bCs/>
          <w:sz w:val="18"/>
          <w:szCs w:val="24"/>
          <w:lang w:eastAsia="ja-JP"/>
        </w:rPr>
        <w:br/>
        <w:t>※照会内容が本様式の対象範囲に該当しない場合は、担当者より確認のご連絡をさせていただく場合があります。</w:t>
      </w:r>
      <w:r w:rsidRPr="00CF3A7C">
        <w:rPr>
          <w:rFonts w:ascii="Meiryo UI" w:eastAsia="Meiryo UI" w:hAnsi="Meiryo UI"/>
          <w:b/>
          <w:bCs/>
          <w:sz w:val="18"/>
          <w:szCs w:val="24"/>
          <w:lang w:eastAsia="ja-JP"/>
        </w:rPr>
        <w:br/>
        <w:t>※医師による新たな診断、医学的判断、意見、予後評価等を要する内容は、本様式の対象外です。</w:t>
      </w:r>
    </w:p>
    <w:sectPr w:rsidR="00CF3A7C" w:rsidRPr="00586872" w:rsidSect="005E1267">
      <w:pgSz w:w="12240" w:h="15840"/>
      <w:pgMar w:top="624" w:right="720" w:bottom="720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93AE" w14:textId="77777777" w:rsidR="00797F14" w:rsidRDefault="00797F14" w:rsidP="00986178">
      <w:pPr>
        <w:spacing w:after="0" w:line="240" w:lineRule="auto"/>
      </w:pPr>
      <w:r>
        <w:separator/>
      </w:r>
    </w:p>
  </w:endnote>
  <w:endnote w:type="continuationSeparator" w:id="0">
    <w:p w14:paraId="3D1BC4B8" w14:textId="77777777" w:rsidR="00797F14" w:rsidRDefault="00797F14" w:rsidP="00986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75B7" w14:textId="77777777" w:rsidR="00797F14" w:rsidRDefault="00797F14" w:rsidP="00986178">
      <w:pPr>
        <w:spacing w:after="0" w:line="240" w:lineRule="auto"/>
      </w:pPr>
      <w:r>
        <w:separator/>
      </w:r>
    </w:p>
  </w:footnote>
  <w:footnote w:type="continuationSeparator" w:id="0">
    <w:p w14:paraId="6573C1CE" w14:textId="77777777" w:rsidR="00797F14" w:rsidRDefault="00797F14" w:rsidP="00986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4472089">
    <w:abstractNumId w:val="8"/>
  </w:num>
  <w:num w:numId="2" w16cid:durableId="1194883094">
    <w:abstractNumId w:val="6"/>
  </w:num>
  <w:num w:numId="3" w16cid:durableId="603809820">
    <w:abstractNumId w:val="5"/>
  </w:num>
  <w:num w:numId="4" w16cid:durableId="1188175409">
    <w:abstractNumId w:val="4"/>
  </w:num>
  <w:num w:numId="5" w16cid:durableId="2097440854">
    <w:abstractNumId w:val="7"/>
  </w:num>
  <w:num w:numId="6" w16cid:durableId="1521049472">
    <w:abstractNumId w:val="3"/>
  </w:num>
  <w:num w:numId="7" w16cid:durableId="803422782">
    <w:abstractNumId w:val="2"/>
  </w:num>
  <w:num w:numId="8" w16cid:durableId="569586262">
    <w:abstractNumId w:val="1"/>
  </w:num>
  <w:num w:numId="9" w16cid:durableId="62963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77A"/>
    <w:rsid w:val="0015074B"/>
    <w:rsid w:val="002820D6"/>
    <w:rsid w:val="00287F66"/>
    <w:rsid w:val="0029639D"/>
    <w:rsid w:val="002A3FB4"/>
    <w:rsid w:val="002C680A"/>
    <w:rsid w:val="00317773"/>
    <w:rsid w:val="00326F90"/>
    <w:rsid w:val="003859D7"/>
    <w:rsid w:val="00586872"/>
    <w:rsid w:val="005E1267"/>
    <w:rsid w:val="00776929"/>
    <w:rsid w:val="00776953"/>
    <w:rsid w:val="00797F14"/>
    <w:rsid w:val="007D1BB2"/>
    <w:rsid w:val="00800248"/>
    <w:rsid w:val="008848FD"/>
    <w:rsid w:val="008A60E1"/>
    <w:rsid w:val="00986178"/>
    <w:rsid w:val="00AA1D8D"/>
    <w:rsid w:val="00AD71CC"/>
    <w:rsid w:val="00B47730"/>
    <w:rsid w:val="00C93719"/>
    <w:rsid w:val="00CB0664"/>
    <w:rsid w:val="00CF3A7C"/>
    <w:rsid w:val="00D01555"/>
    <w:rsid w:val="00D31F37"/>
    <w:rsid w:val="00D5323E"/>
    <w:rsid w:val="00D95EC3"/>
    <w:rsid w:val="00DC6AE0"/>
    <w:rsid w:val="00E10F9B"/>
    <w:rsid w:val="00E84D5B"/>
    <w:rsid w:val="00EA5C5E"/>
    <w:rsid w:val="00ED1040"/>
    <w:rsid w:val="00ED1113"/>
    <w:rsid w:val="00ED69EE"/>
    <w:rsid w:val="00F655A0"/>
    <w:rsid w:val="00FC693F"/>
    <w:rsid w:val="00FE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EA31B"/>
  <w14:defaultImageDpi w14:val="300"/>
  <w15:docId w15:val="{4EE1F57B-6C34-4C04-A585-B6A55ADB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76929"/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由希 友利</cp:lastModifiedBy>
  <cp:revision>2</cp:revision>
  <cp:lastPrinted>2026-09-29T09:18:00Z</cp:lastPrinted>
  <dcterms:created xsi:type="dcterms:W3CDTF">2026-10-05T03:27:00Z</dcterms:created>
  <dcterms:modified xsi:type="dcterms:W3CDTF">2026-10-05T03:27:00Z</dcterms:modified>
  <cp:category/>
</cp:coreProperties>
</file>